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36"/>
        </w:rPr>
        <w:t>[YOUR NAME]</w:t>
      </w:r>
    </w:p>
    <w:p>
      <w:pPr>
        <w:spacing w:after="20"/>
        <w:jc w:val="center"/>
      </w:pPr>
      <w:r>
        <w:rPr>
          <w:b/>
          <w:sz w:val="22"/>
        </w:rPr>
        <w:t>Software Engineer</w:t>
      </w:r>
    </w:p>
    <w:p>
      <w:pPr>
        <w:spacing w:after="80"/>
        <w:jc w:val="center"/>
      </w:pPr>
      <w:r>
        <w:rPr>
          <w:sz w:val="17"/>
        </w:rPr>
        <w:t>[City, State]  |  [Phone]  |  [Professional Email]  |  [LinkedIn/Portfolio if useful]</w:t>
      </w: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PROFESSIONAL SUMMARY</w:t>
      </w:r>
    </w:p>
    <w:p>
      <w:pPr>
        <w:spacing w:after="60"/>
      </w:pPr>
      <w:r>
        <w:t>[2-3 lines: experience level, product or platform focus, strongest stack, and the type of engineering problems you solve.]</w:t>
      </w: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CORE SKILLS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Programming languages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Frameworks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Databases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Cloud platforms</w:t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APIs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Testing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CI/CD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Version control</w:t>
            </w:r>
          </w:p>
        </w:tc>
      </w:tr>
    </w:tbl>
    <w:p>
      <w:pPr>
        <w:spacing w:after="0"/>
      </w:pP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PROFESSIONAL EXPERIENCE</w:t>
      </w:r>
    </w:p>
    <w:p>
      <w:pPr>
        <w:spacing w:after="20"/>
      </w:pPr>
      <w:r>
        <w:rPr>
          <w:b/>
        </w:rPr>
        <w:t>[Job Title]</w:t>
      </w:r>
      <w:r>
        <w:t xml:space="preserve">  |  [Employer, City, State]</w:t>
      </w:r>
      <w:r>
        <w:t xml:space="preserve">  |  [Month Year - Present]</w:t>
      </w:r>
    </w:p>
    <w:p>
      <w:pPr>
        <w:spacing w:after="20"/>
        <w:ind w:left="259" w:hanging="173"/>
      </w:pPr>
      <w:r>
        <w:t>• [Action] [feature/system] using [languages/frameworks] for [users or business context].</w:t>
      </w:r>
    </w:p>
    <w:p>
      <w:pPr>
        <w:spacing w:after="20"/>
        <w:ind w:left="259" w:hanging="173"/>
      </w:pPr>
      <w:r>
        <w:t>• [Action] [performance, reliability, automation, or quality improvement] with a real outcome when known.</w:t>
      </w:r>
    </w:p>
    <w:p>
      <w:pPr>
        <w:spacing w:after="20"/>
        <w:ind w:left="259" w:hanging="173"/>
      </w:pPr>
      <w:r>
        <w:t>• [Action] cross-functional or code-review responsibility and include scope you can defend.</w:t>
      </w: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PROJECTS</w:t>
      </w:r>
    </w:p>
    <w:p>
      <w:pPr>
        <w:spacing w:after="40"/>
      </w:pPr>
      <w:r>
        <w:t>[Project name] | [Stack] | [What you built, your contribution, and result or use case.]</w:t>
      </w: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EDUCATION</w:t>
      </w:r>
    </w:p>
    <w:p>
      <w:pPr>
        <w:spacing w:after="40"/>
      </w:pPr>
      <w:r>
        <w:t>[Degree or relevant education] | [School] | [Year]</w:t>
      </w: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CERTIFICATIONS / CREDENTIALS</w:t>
      </w:r>
    </w:p>
    <w:p>
      <w:pPr>
        <w:spacing w:after="40"/>
      </w:pPr>
      <w:r>
        <w:t>[Relevant cloud/security/technical certification, if any]</w:t>
      </w:r>
    </w:p>
    <w:p>
      <w:pPr>
        <w:spacing w:before="100" w:after="0"/>
      </w:pPr>
      <w:r>
        <w:rPr>
          <w:i/>
          <w:sz w:val="16"/>
        </w:rPr>
        <w:t>Template note: Replace every bracketed prompt with your own facts. Keep only skills, tools, duties, credentials, and metrics you can support.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