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36"/>
        </w:rPr>
        <w:t>[YOUR NAME]</w:t>
      </w:r>
    </w:p>
    <w:p>
      <w:pPr>
        <w:spacing w:after="20"/>
        <w:jc w:val="center"/>
      </w:pPr>
      <w:r>
        <w:rPr>
          <w:b/>
          <w:sz w:val="22"/>
        </w:rPr>
        <w:t>Medical Assistant</w:t>
      </w:r>
    </w:p>
    <w:p>
      <w:pPr>
        <w:spacing w:after="80"/>
        <w:jc w:val="center"/>
      </w:pPr>
      <w:r>
        <w:rPr>
          <w:sz w:val="17"/>
        </w:rPr>
        <w:t>[City, State]  |  [Phone]  |  [Professional Email]  |  [LinkedIn/Portfolio if useful]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PROFESSIONAL SUMMARY</w:t>
      </w:r>
    </w:p>
    <w:p>
      <w:pPr>
        <w:spacing w:after="60"/>
      </w:pPr>
      <w:r>
        <w:t>[2-3 lines: clinical and administrative experience, setting, current credential if held, and strongest job-relevant skills.]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CORE SKILLS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Patient intake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Vital signs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EHR documentation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Appointment scheduling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Exam-room preparation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Patient communication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Specimen handling if trained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Inventory and supplies</w:t>
            </w:r>
          </w:p>
        </w:tc>
      </w:tr>
    </w:tbl>
    <w:p>
      <w:pPr>
        <w:spacing w:after="0"/>
      </w:pP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PROFESSIONAL EXPERIENCE</w:t>
      </w:r>
    </w:p>
    <w:p>
      <w:pPr>
        <w:spacing w:after="20"/>
      </w:pPr>
      <w:r>
        <w:rPr>
          <w:b/>
        </w:rPr>
        <w:t>[Job Title]</w:t>
      </w:r>
      <w:r>
        <w:t xml:space="preserve">  |  [Employer, City, State]</w:t>
      </w:r>
      <w:r>
        <w:t xml:space="preserve">  |  [Month Year - Present]</w:t>
      </w:r>
    </w:p>
    <w:p>
      <w:pPr>
        <w:spacing w:after="20"/>
        <w:ind w:left="259" w:hanging="173"/>
      </w:pPr>
      <w:r>
        <w:t>• [Action] patient intake or clinical support within your actual role and scope.</w:t>
      </w:r>
    </w:p>
    <w:p>
      <w:pPr>
        <w:spacing w:after="20"/>
        <w:ind w:left="259" w:hanging="173"/>
      </w:pPr>
      <w:r>
        <w:t>• [Action] documentation or scheduling in [EHR/practice-management system actually used].</w:t>
      </w:r>
    </w:p>
    <w:p>
      <w:pPr>
        <w:spacing w:after="20"/>
        <w:ind w:left="259" w:hanging="173"/>
      </w:pPr>
      <w:r>
        <w:t>• [Action] exam-room, supply, or patient-flow work and include real scope when known.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CLINICAL TRAINING / EXTERNSHIP</w:t>
      </w:r>
    </w:p>
    <w:p>
      <w:pPr>
        <w:spacing w:after="40"/>
      </w:pPr>
      <w:r>
        <w:t>[Facility] | [Dates] | [Clearly label as supervised training; list only duties actually practiced.]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EDUCATION</w:t>
      </w:r>
    </w:p>
    <w:p>
      <w:pPr>
        <w:spacing w:after="40"/>
      </w:pPr>
      <w:r>
        <w:t>[Medical assisting program or degree] | [School] | [Year]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CERTIFICATIONS / CREDENTIALS</w:t>
      </w:r>
    </w:p>
    <w:p>
      <w:pPr>
        <w:spacing w:after="40"/>
      </w:pPr>
      <w:r>
        <w:t>[Exact credential, issuing organization, and current status if held]</w:t>
      </w:r>
    </w:p>
    <w:p>
      <w:pPr>
        <w:spacing w:before="100" w:after="0"/>
      </w:pPr>
      <w:r>
        <w:rPr>
          <w:i/>
          <w:sz w:val="16"/>
        </w:rPr>
        <w:t>Template note: Replace every bracketed prompt with your own facts. Keep only skills, tools, duties, credentials, and metrics you can support.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