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36"/>
        </w:rPr>
        <w:t>[YOUR NAME]</w:t>
      </w:r>
    </w:p>
    <w:p>
      <w:pPr>
        <w:spacing w:after="20"/>
        <w:jc w:val="center"/>
      </w:pPr>
      <w:r>
        <w:rPr>
          <w:b/>
          <w:sz w:val="22"/>
        </w:rPr>
        <w:t>Administrative Assistant</w:t>
      </w:r>
    </w:p>
    <w:p>
      <w:pPr>
        <w:spacing w:after="80"/>
        <w:jc w:val="center"/>
      </w:pPr>
      <w:r>
        <w:rPr>
          <w:sz w:val="17"/>
        </w:rPr>
        <w:t>[City, State]  |  [Phone]  |  [Professional Email]  |  [LinkedIn/Portfolio if useful]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SUMMARY</w:t>
      </w:r>
    </w:p>
    <w:p>
      <w:pPr>
        <w:spacing w:after="60"/>
      </w:pPr>
      <w:r>
        <w:t>[2-3 lines: years or level, type of administrative support, strongest relevant systems or responsibilities, and the value you bring.]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CORE SKILLS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Calendar management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Meeting coordination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Microsoft Excel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Microsoft Outlook</w:t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Document preparation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Records management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Travel coordination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  <w:jc w:val="center"/>
            </w:pPr>
            <w:r>
              <w:rPr>
                <w:sz w:val="17"/>
              </w:rPr>
              <w:t>Invoice or expense support</w:t>
            </w:r>
          </w:p>
        </w:tc>
      </w:tr>
    </w:tbl>
    <w:p>
      <w:pPr>
        <w:spacing w:after="0"/>
      </w:pP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PROFESSIONAL EXPERIENCE</w:t>
      </w:r>
    </w:p>
    <w:p>
      <w:pPr>
        <w:spacing w:after="20"/>
      </w:pPr>
      <w:r>
        <w:rPr>
          <w:b/>
        </w:rPr>
        <w:t>[Job Title]</w:t>
      </w:r>
      <w:r>
        <w:t xml:space="preserve">  |  [Employer, City, State]</w:t>
      </w:r>
      <w:r>
        <w:t xml:space="preserve">  |  [Month Year - Present]</w:t>
      </w:r>
    </w:p>
    <w:p>
      <w:pPr>
        <w:spacing w:after="20"/>
        <w:ind w:left="259" w:hanging="173"/>
      </w:pPr>
      <w:r>
        <w:t>• [Action] [administrative task] for [team/department/scope], using [tool or process].</w:t>
      </w:r>
    </w:p>
    <w:p>
      <w:pPr>
        <w:spacing w:after="20"/>
        <w:ind w:left="259" w:hanging="173"/>
      </w:pPr>
      <w:r>
        <w:t>• [Action] [records, scheduling, documents, or communication] and [real outcome or scope if known].</w:t>
      </w:r>
    </w:p>
    <w:p>
      <w:pPr>
        <w:spacing w:after="20"/>
        <w:ind w:left="259" w:hanging="173"/>
      </w:pPr>
      <w:r>
        <w:t>• [Action] [office workflow] while maintaining [accuracy, timeliness, or service standard].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ADDITIONAL EXPERIENCE / PROJECTS</w:t>
      </w:r>
    </w:p>
    <w:p>
      <w:pPr>
        <w:spacing w:after="40"/>
      </w:pPr>
      <w:r>
        <w:t>[Use for internships, volunteer work, campus roles, or transferable experience when relevant.]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EDUCATION</w:t>
      </w:r>
    </w:p>
    <w:p>
      <w:pPr>
        <w:spacing w:after="40"/>
      </w:pPr>
      <w:r>
        <w:t>[Degree, diploma, or relevant training] | [School] | [Year]</w:t>
      </w:r>
    </w:p>
    <w:p>
      <w:pPr>
        <w:spacing w:before="120" w:after="40"/>
        <w:pBdr>
          <w:bottom w:val="single" w:sz="6" w:space="1" w:color="A6A6A6"/>
        </w:pBdr>
      </w:pPr>
      <w:r>
        <w:rPr>
          <w:b/>
          <w:sz w:val="21"/>
        </w:rPr>
        <w:t>CERTIFICATIONS / CREDENTIALS</w:t>
      </w:r>
    </w:p>
    <w:p>
      <w:pPr>
        <w:spacing w:after="40"/>
      </w:pPr>
      <w:r>
        <w:t>[Relevant certification or software training, if any]</w:t>
      </w:r>
    </w:p>
    <w:p>
      <w:pPr>
        <w:spacing w:before="100" w:after="0"/>
      </w:pPr>
      <w:r>
        <w:rPr>
          <w:i/>
          <w:sz w:val="16"/>
        </w:rPr>
        <w:t>Template note: Replace every bracketed prompt with your own facts. Keep only skills, tools, duties, credentials, and metrics you can support.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