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Resume Accomplishment Worksheet</w:t>
      </w:r>
    </w:p>
    <w:p>
      <w:pPr>
        <w:jc w:val="center"/>
      </w:pPr>
      <w:r>
        <w:rPr>
          <w:b/>
          <w:sz w:val="21"/>
        </w:rPr>
        <w:t>Turn responsibilities into evidence without inventing metrics.</w:t>
      </w:r>
    </w:p>
    <w:p>
      <w:r>
        <w:rPr>
          <w:i/>
          <w:sz w:val="17"/>
        </w:rPr>
        <w:t>Use this worksheet to remember real outcomes, scope, improvements, and problems you solved. Leave a box blank when you do not know the answer.</w:t>
      </w:r>
    </w:p>
    <w:p>
      <w:pPr>
        <w:pStyle w:val="Heading1"/>
      </w:pPr>
      <w:r>
        <w:t>1. Find the work that mattered</w:t>
      </w:r>
    </w:p>
    <w:p>
      <w:pPr>
        <w:spacing w:after="40"/>
      </w:pPr>
      <w:r>
        <w:t>• What did you make faster, easier, safer, clearer, more accurate, or more reliable?</w:t>
      </w:r>
    </w:p>
    <w:p>
      <w:pPr>
        <w:spacing w:after="40"/>
      </w:pPr>
      <w:r>
        <w:t>• What problems did people come to you to solve?</w:t>
      </w:r>
    </w:p>
    <w:p>
      <w:pPr>
        <w:spacing w:after="40"/>
      </w:pPr>
      <w:r>
        <w:t>• What did you create, launch, organize, repair, document, or improve?</w:t>
      </w:r>
    </w:p>
    <w:p>
      <w:pPr>
        <w:spacing w:after="40"/>
      </w:pPr>
      <w:r>
        <w:t>• Where did you save time, reduce rework, prevent an error, or remove a blocker?</w:t>
      </w:r>
    </w:p>
    <w:p>
      <w:pPr>
        <w:spacing w:after="40"/>
      </w:pPr>
      <w:r>
        <w:t>• What work did you own that others depended on?</w:t>
      </w:r>
    </w:p>
    <w:p>
      <w:pPr>
        <w:spacing w:after="40"/>
      </w:pPr>
      <w:r>
        <w:t>• What changed because you trained, supported, or coordinated other people?</w:t>
      </w:r>
    </w:p>
    <w:p>
      <w:pPr>
        <w:spacing w:after="40"/>
      </w:pPr>
      <w:r>
        <w:t>• What did you deliver on time, under pressure, or with limited resources?</w:t>
      </w:r>
    </w:p>
    <w:p>
      <w:pPr>
        <w:spacing w:after="40"/>
      </w:pPr>
      <w:r>
        <w:t>• What are you proud of that would not be obvious from your job title?</w:t>
      </w:r>
    </w:p>
    <w:p>
      <w:pPr>
        <w:pStyle w:val="Heading1"/>
      </w:pPr>
      <w:r>
        <w:t>2. Build each accomplishment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DEDED"/>
            <w:vAlign w:val="top"/>
          </w:tcPr>
          <w:p>
            <w:r>
              <w:t>Action</w:t>
            </w:r>
          </w:p>
        </w:tc>
        <w:tc>
          <w:tcPr>
            <w:tcW w:type="dxa" w:w="2592"/>
            <w:shd w:fill="EDEDED"/>
            <w:vAlign w:val="top"/>
          </w:tcPr>
          <w:p>
            <w:r>
              <w:t>Context</w:t>
            </w:r>
          </w:p>
        </w:tc>
        <w:tc>
          <w:tcPr>
            <w:tcW w:type="dxa" w:w="2592"/>
            <w:shd w:fill="EDEDED"/>
            <w:vAlign w:val="top"/>
          </w:tcPr>
          <w:p>
            <w:r>
              <w:t>Result or value</w:t>
            </w:r>
          </w:p>
        </w:tc>
        <w:tc>
          <w:tcPr>
            <w:tcW w:type="dxa" w:w="2592"/>
            <w:shd w:fill="EDEDED"/>
            <w:vAlign w:val="top"/>
          </w:tcPr>
          <w:p>
            <w:r>
              <w:t>Proof / source</w:t>
            </w:r>
          </w:p>
        </w:tc>
      </w:tr>
      <w:tr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</w:tr>
      <w:tr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</w:tr>
      <w:tr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</w:tr>
      <w:tr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</w:tr>
      <w:tr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</w:tr>
      <w:tr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</w:tr>
      <w:tr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  <w:tc>
          <w:tcPr>
            <w:tcW w:type="dxa" w:w="2592"/>
            <w:vAlign w:val="top"/>
          </w:tcPr>
          <w:p>
            <w:r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3. Turn notes into resume bullets</w:t>
      </w:r>
    </w:p>
    <w:p>
      <w:r>
        <w:rPr>
          <w:i/>
          <w:sz w:val="17"/>
        </w:rPr>
        <w:t>A useful pattern is: action + context + result. A result can be a number, but it can also be a concrete output, problem solved, decision supported, or process improved.</w:t>
      </w:r>
    </w:p>
    <w:p>
      <w:r>
        <w:rPr>
          <w:b/>
        </w:rPr>
        <w:t xml:space="preserve">1. Draft: </w:t>
      </w:r>
      <w:r>
        <w:t>________________________________________________________________________________</w:t>
      </w:r>
    </w:p>
    <w:p>
      <w:pPr>
        <w:ind w:left="360"/>
      </w:pPr>
      <w:r>
        <w:t>Evidence I can verify: _______________________________________________________________________</w:t>
      </w:r>
    </w:p>
    <w:p>
      <w:r>
        <w:rPr>
          <w:b/>
        </w:rPr>
        <w:t xml:space="preserve">2. Draft: </w:t>
      </w:r>
      <w:r>
        <w:t>________________________________________________________________________________</w:t>
      </w:r>
    </w:p>
    <w:p>
      <w:pPr>
        <w:ind w:left="360"/>
      </w:pPr>
      <w:r>
        <w:t>Evidence I can verify: _______________________________________________________________________</w:t>
      </w:r>
    </w:p>
    <w:p>
      <w:r>
        <w:rPr>
          <w:b/>
        </w:rPr>
        <w:t xml:space="preserve">3. Draft: </w:t>
      </w:r>
      <w:r>
        <w:t>________________________________________________________________________________</w:t>
      </w:r>
    </w:p>
    <w:p>
      <w:pPr>
        <w:ind w:left="360"/>
      </w:pPr>
      <w:r>
        <w:t>Evidence I can verify: _______________________________________________________________________</w:t>
      </w:r>
    </w:p>
    <w:p>
      <w:r>
        <w:rPr>
          <w:b/>
        </w:rPr>
        <w:t xml:space="preserve">4. Draft: </w:t>
      </w:r>
      <w:r>
        <w:t>________________________________________________________________________________</w:t>
      </w:r>
    </w:p>
    <w:p>
      <w:pPr>
        <w:ind w:left="360"/>
      </w:pPr>
      <w:r>
        <w:t>Evidence I can verify: _______________________________________________________________________</w:t>
      </w:r>
    </w:p>
    <w:p>
      <w:r>
        <w:rPr>
          <w:b/>
        </w:rPr>
        <w:t xml:space="preserve">5. Draft: </w:t>
      </w:r>
      <w:r>
        <w:t>________________________________________________________________________________</w:t>
      </w:r>
    </w:p>
    <w:p>
      <w:pPr>
        <w:ind w:left="360"/>
      </w:pPr>
      <w:r>
        <w:t>Evidence I can verify: _______________________________________________________________________</w:t>
      </w:r>
    </w:p>
    <w:p>
      <w:r>
        <w:rPr>
          <w:b/>
        </w:rPr>
        <w:t xml:space="preserve">6. Draft: </w:t>
      </w:r>
      <w:r>
        <w:t>________________________________________________________________________________</w:t>
      </w:r>
    </w:p>
    <w:p>
      <w:pPr>
        <w:ind w:left="360"/>
      </w:pPr>
      <w:r>
        <w:t>Evidence I can verify: _______________________________________________________________________</w:t>
      </w:r>
    </w:p>
    <w:p>
      <w:pPr>
        <w:pStyle w:val="Heading1"/>
      </w:pPr>
      <w:r>
        <w:t>4. Final truth check</w:t>
      </w:r>
    </w:p>
    <w:p>
      <w:r>
        <w:t>☐ I can explain what I personally did.</w:t>
      </w:r>
    </w:p>
    <w:p>
      <w:r>
        <w:t>☐ I know where every number came from.</w:t>
      </w:r>
    </w:p>
    <w:p>
      <w:r>
        <w:t>☐ I did not turn team results into my personal result without explaining my role.</w:t>
      </w:r>
    </w:p>
    <w:p>
      <w:r>
        <w:t>☐ I did not add a tool, title, credential, or outcome I cannot support.</w:t>
      </w:r>
    </w:p>
    <w:p>
      <w:r>
        <w:t>☐ The bullet is relevant to the job I am targeting.</w:t>
      </w:r>
    </w:p>
    <w:p>
      <w:r>
        <w:t>☐ The wording sounds like me and I could defend it in an interview.</w:t>
      </w:r>
    </w:p>
    <w:p>
      <w:r>
        <w:rPr>
          <w:i/>
          <w:sz w:val="17"/>
        </w:rPr>
        <w:t>JobResumeAI | This worksheet is a writing aid, not a rule. Keep your real experience as the source of truth.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