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BEFORE: RESPONSIBILITY-HEAVY VERSION</w:t>
      </w:r>
    </w:p>
    <w:p>
      <w:pPr>
        <w:jc w:val="center"/>
      </w:pPr>
      <w:r>
        <w:rPr>
          <w:b/>
          <w:sz w:val="40"/>
        </w:rPr>
        <w:t>JORDAN LEE</w:t>
      </w:r>
    </w:p>
    <w:p>
      <w:pPr>
        <w:jc w:val="center"/>
      </w:pPr>
      <w:r>
        <w:t>Austin, TX | (555) 010-1188 | jordan.lee@example.com</w:t>
      </w:r>
    </w:p>
    <w:p>
      <w:pPr>
        <w:keepNext/>
        <w:spacing w:before="100" w:after="40"/>
      </w:pPr>
      <w:r>
        <w:rPr>
          <w:b/>
          <w:sz w:val="21"/>
        </w:rPr>
        <w:t>PROFESSIONAL SUMMARY</w:t>
      </w:r>
    </w:p>
    <w:p>
      <w:r>
        <w:t>Operations coordinator with experience in reporting, scheduling, documentation, and cross-functional support.</w:t>
      </w:r>
    </w:p>
    <w:p>
      <w:pPr>
        <w:keepNext/>
        <w:spacing w:before="100" w:after="40"/>
      </w:pPr>
      <w:r>
        <w:rPr>
          <w:b/>
          <w:sz w:val="21"/>
        </w:rPr>
        <w:t>SKILLS</w:t>
      </w:r>
    </w:p>
    <w:p>
      <w:r>
        <w:t>Excel | Reporting | Scheduling | Documentation | Vendor Coordination | Customer Support</w:t>
      </w:r>
    </w:p>
    <w:p>
      <w:pPr>
        <w:keepNext/>
        <w:spacing w:before="100" w:after="40"/>
      </w:pPr>
      <w:r>
        <w:rPr>
          <w:b/>
          <w:sz w:val="21"/>
        </w:rPr>
        <w:t>EXPERIENCE</w:t>
      </w:r>
    </w:p>
    <w:p>
      <w:pPr>
        <w:spacing w:after="20"/>
      </w:pPr>
      <w:r>
        <w:rPr>
          <w:b/>
        </w:rPr>
        <w:t>Operations Coordinator | Northline Services</w:t>
      </w:r>
      <w:r>
        <w:t xml:space="preserve"> | Mar 2023 - Present</w:t>
      </w:r>
    </w:p>
    <w:p>
      <w:pPr>
        <w:pStyle w:val="ListBullet"/>
        <w:spacing w:after="20"/>
        <w:ind w:left="259" w:hanging="144"/>
      </w:pPr>
      <w:r>
        <w:t>Responsible for weekly reporting and tracking open orders.</w:t>
      </w:r>
    </w:p>
    <w:p>
      <w:pPr>
        <w:pStyle w:val="ListBullet"/>
        <w:spacing w:after="20"/>
        <w:ind w:left="259" w:hanging="144"/>
      </w:pPr>
      <w:r>
        <w:t>Help with scheduling meetings and following up on tasks.</w:t>
      </w:r>
    </w:p>
    <w:p>
      <w:pPr>
        <w:pStyle w:val="ListBullet"/>
        <w:spacing w:after="20"/>
        <w:ind w:left="259" w:hanging="144"/>
      </w:pPr>
      <w:r>
        <w:t>Work with vendors on contract and renewal information.</w:t>
      </w:r>
    </w:p>
    <w:p>
      <w:pPr>
        <w:pStyle w:val="ListBullet"/>
        <w:spacing w:after="20"/>
        <w:ind w:left="259" w:hanging="144"/>
      </w:pPr>
      <w:r>
        <w:t>Prepare documentation for processes and team updates.</w:t>
      </w:r>
    </w:p>
    <w:p>
      <w:pPr>
        <w:pStyle w:val="ListBullet"/>
        <w:spacing w:after="20"/>
        <w:ind w:left="259" w:hanging="144"/>
      </w:pPr>
      <w:r>
        <w:t>Support new employee onboarding and answer questions.</w:t>
      </w:r>
    </w:p>
    <w:p>
      <w:pPr>
        <w:spacing w:after="20"/>
      </w:pPr>
      <w:r>
        <w:rPr>
          <w:b/>
        </w:rPr>
        <w:t>Administrative Assistant | Pine Street Health</w:t>
      </w:r>
      <w:r>
        <w:t xml:space="preserve"> | Jun 2021 - Feb 2023</w:t>
      </w:r>
    </w:p>
    <w:p>
      <w:pPr>
        <w:pStyle w:val="ListBullet"/>
        <w:spacing w:after="20"/>
        <w:ind w:left="259" w:hanging="144"/>
      </w:pPr>
      <w:r>
        <w:t>Managed calendars and office records.</w:t>
      </w:r>
    </w:p>
    <w:p>
      <w:pPr>
        <w:pStyle w:val="ListBullet"/>
        <w:spacing w:after="20"/>
        <w:ind w:left="259" w:hanging="144"/>
      </w:pPr>
      <w:r>
        <w:t>Processed invoices and expense information.</w:t>
      </w:r>
    </w:p>
    <w:p>
      <w:pPr>
        <w:pStyle w:val="ListBullet"/>
        <w:spacing w:after="20"/>
        <w:ind w:left="259" w:hanging="144"/>
      </w:pPr>
      <w:r>
        <w:t>Helped with new hire setup and training schedules.</w:t>
      </w:r>
    </w:p>
    <w:p>
      <w:pPr>
        <w:keepNext/>
        <w:spacing w:before="100" w:after="40"/>
      </w:pPr>
      <w:r>
        <w:rPr>
          <w:b/>
          <w:sz w:val="21"/>
        </w:rPr>
        <w:t>EDUCATION</w:t>
      </w:r>
    </w:p>
    <w:p>
      <w:r>
        <w:t>BBA, Business Administration | Central Texas University | 2021</w:t>
      </w:r>
    </w:p>
    <w:p>
      <w:r>
        <w:rPr>
          <w:i/>
          <w:sz w:val="17"/>
        </w:rPr>
        <w:t>Fictional example. The before and after versions use the same underlying facts.</w:t>
      </w:r>
    </w:p>
    <w:p>
      <w:r>
        <w:br w:type="page"/>
      </w:r>
    </w:p>
    <w:p>
      <w:pPr>
        <w:jc w:val="center"/>
      </w:pPr>
      <w:r>
        <w:rPr>
          <w:b/>
          <w:sz w:val="20"/>
        </w:rPr>
        <w:t>AFTER: ACCOMPLISHMENT-FOCUSED VERSION</w:t>
      </w:r>
    </w:p>
    <w:p>
      <w:pPr>
        <w:jc w:val="center"/>
      </w:pPr>
      <w:r>
        <w:rPr>
          <w:b/>
          <w:sz w:val="40"/>
        </w:rPr>
        <w:t>JORDAN LEE</w:t>
      </w:r>
    </w:p>
    <w:p>
      <w:pPr>
        <w:jc w:val="center"/>
      </w:pPr>
      <w:r>
        <w:t>Austin, TX | (555) 010-1188 | jordan.lee@example.com</w:t>
      </w:r>
    </w:p>
    <w:p>
      <w:pPr>
        <w:keepNext/>
        <w:spacing w:before="100" w:after="40"/>
      </w:pPr>
      <w:r>
        <w:rPr>
          <w:b/>
          <w:sz w:val="21"/>
        </w:rPr>
        <w:t>PROFESSIONAL SUMMARY</w:t>
      </w:r>
    </w:p>
    <w:p>
      <w:r>
        <w:t>Operations coordinator with experience improving reporting, keeping cross-functional work visible, and organizing vendor and onboarding processes. Strong in Excel, documentation, scheduling, and follow-through across recurring operational work.</w:t>
      </w:r>
    </w:p>
    <w:p>
      <w:pPr>
        <w:keepNext/>
        <w:spacing w:before="100" w:after="40"/>
      </w:pPr>
      <w:r>
        <w:rPr>
          <w:b/>
          <w:sz w:val="21"/>
        </w:rPr>
        <w:t>SKILLS</w:t>
      </w:r>
    </w:p>
    <w:p>
      <w:r>
        <w:t>Excel | Operational Reporting | Task Tracking | Scheduling | Process Documentation | Vendor Coordination | Onboarding Support</w:t>
      </w:r>
    </w:p>
    <w:p>
      <w:pPr>
        <w:keepNext/>
        <w:spacing w:before="100" w:after="40"/>
      </w:pPr>
      <w:r>
        <w:rPr>
          <w:b/>
          <w:sz w:val="21"/>
        </w:rPr>
        <w:t>EXPERIENCE</w:t>
      </w:r>
    </w:p>
    <w:p>
      <w:pPr>
        <w:spacing w:after="20"/>
      </w:pPr>
      <w:r>
        <w:rPr>
          <w:b/>
        </w:rPr>
        <w:t>Operations Coordinator | Northline Services</w:t>
      </w:r>
      <w:r>
        <w:t xml:space="preserve"> | Mar 2023 - Present</w:t>
      </w:r>
    </w:p>
    <w:p>
      <w:pPr>
        <w:pStyle w:val="ListBullet"/>
        <w:spacing w:after="20"/>
        <w:ind w:left="259" w:hanging="144"/>
      </w:pPr>
      <w:r>
        <w:t>Prepared the weekly operations report and flagged unresolved order exceptions before the team review.</w:t>
      </w:r>
    </w:p>
    <w:p>
      <w:pPr>
        <w:pStyle w:val="ListBullet"/>
        <w:spacing w:after="20"/>
        <w:ind w:left="259" w:hanging="144"/>
      </w:pPr>
      <w:r>
        <w:t>Built a shared tracker for meeting actions, owners, and due dates so open follow-ups were visible between weekly meetings.</w:t>
      </w:r>
    </w:p>
    <w:p>
      <w:pPr>
        <w:pStyle w:val="ListBullet"/>
        <w:spacing w:after="20"/>
        <w:ind w:left="259" w:hanging="144"/>
      </w:pPr>
      <w:r>
        <w:t>Created a vendor renewal calendar for 27 active agreements and surfaced notice dates before renewal deadlines.</w:t>
      </w:r>
    </w:p>
    <w:p>
      <w:pPr>
        <w:pStyle w:val="ListBullet"/>
        <w:spacing w:after="20"/>
        <w:ind w:left="259" w:hanging="144"/>
      </w:pPr>
      <w:r>
        <w:t>Documented recurring order and escalation workflows in one reference guide used by operations and customer support.</w:t>
      </w:r>
    </w:p>
    <w:p>
      <w:pPr>
        <w:pStyle w:val="ListBullet"/>
        <w:spacing w:after="20"/>
        <w:ind w:left="259" w:hanging="144"/>
      </w:pPr>
      <w:r>
        <w:t>Coordinated onboarding schedules for 18 new hires across managers, IT setup, and required orientation sessions.</w:t>
      </w:r>
    </w:p>
    <w:p>
      <w:pPr>
        <w:spacing w:after="20"/>
      </w:pPr>
      <w:r>
        <w:rPr>
          <w:b/>
        </w:rPr>
        <w:t>Administrative Assistant | Pine Street Health</w:t>
      </w:r>
      <w:r>
        <w:t xml:space="preserve"> | Jun 2021 - Feb 2023</w:t>
      </w:r>
    </w:p>
    <w:p>
      <w:pPr>
        <w:pStyle w:val="ListBullet"/>
        <w:spacing w:after="20"/>
        <w:ind w:left="259" w:hanging="144"/>
      </w:pPr>
      <w:r>
        <w:t>Coordinated calendars for 4 department leaders and resolved scheduling conflicts before recurring meetings.</w:t>
      </w:r>
    </w:p>
    <w:p>
      <w:pPr>
        <w:pStyle w:val="ListBullet"/>
        <w:spacing w:after="20"/>
        <w:ind w:left="259" w:hanging="144"/>
      </w:pPr>
      <w:r>
        <w:t>Processed about 60 invoices each week and flagged missing purchase-order details before approval.</w:t>
      </w:r>
    </w:p>
    <w:p>
      <w:pPr>
        <w:pStyle w:val="ListBullet"/>
        <w:spacing w:after="20"/>
        <w:ind w:left="259" w:hanging="144"/>
      </w:pPr>
      <w:r>
        <w:t>Prepared onboarding schedules and first-week checklists for new administrative hires.</w:t>
      </w:r>
    </w:p>
    <w:p>
      <w:pPr>
        <w:keepNext/>
        <w:spacing w:before="100" w:after="40"/>
      </w:pPr>
      <w:r>
        <w:rPr>
          <w:b/>
          <w:sz w:val="21"/>
        </w:rPr>
        <w:t>EDUCATION</w:t>
      </w:r>
    </w:p>
    <w:p>
      <w:r>
        <w:t>BBA, Business Administration | Central Texas University | 2021</w:t>
      </w:r>
    </w:p>
    <w:p>
      <w:r>
        <w:rPr>
          <w:i/>
          <w:sz w:val="17"/>
        </w:rPr>
        <w:t>Fictional example. Numbers and details are illustrative and should not be copied unless they are true for you.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